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בסיסיים בעת שימוש באינטרנט ובמשחקים מקוונים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לעצור, לחשוב ולבחור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כשמשהו ברשת מרגיש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נכון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מוסרים סיסמה, גם לא לחברים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זר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מתעלמים ומספרים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סיסמה היא אישית ולא נותנים אותה גם לחברים טובים.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מבוגר אחראי יכול לעזור ולדעת מה לעשות.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(קוד אישי שלא משתפים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(מישהו שלא מכירים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שאפשר לספר לו כשקורה משהו לא נעים)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שמפסיק קשר עם מי שמטריד)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לא, אני לא נותן/ת סיסמה גם לחברים, זה אישי ושלי בלבד.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מוסרים סיסמה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מישהו שכותב לנו אבל לא מכירים אותו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אמיתיות של התלמידים ברשת, בלי לציין שמות אתרים או משחקים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התרחיש של בקשת הסיסמה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בחיזוק המסר: לעצור, לחשוב, לבחור, ולספר למבוגר כשצריך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ברשת אנחנו משחקים, לומדים ומדברים עם חברים, אבל לפעמים קורים מצבים שצריך לעצור, לחשוב ולבחור בזהירות. בדף הזה נתרגל איך לבחור נכון כשגולשים.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סיסמה  ·  בוחרים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בוחרים נכון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 מבקש את הסיסמה שלכם למשחק כדי "לעזור לכם לעלות שלב".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לא מוסרים סיסמה, גם לא לחברים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כותבים אותה בקבוצה כדי שכולם יעזרו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נותנים לו כי הוא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מישהו שלא הכרתם מעולם כותב לכם הודעות במשחק. איך קוראים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זר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עושים אם מישהו כותב לכם דברים לא נעימים במשחק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מתעלמים ומספרים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עונים באותה 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ממשיכים לשחק בשקט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לתת סיסמה לחבר טוב כי הוא לא יעשה כלום 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מרגישים לא נוח ממשהו שקורה במשחק מקוון, חשוב לספר למבוגר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לא מוסרים את ה-__________ שלנו לאף אחד, גם לא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כשמשהו מרגיש לא נכון ברשת, עוצרים, חושבים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כלי שמפסיק קשר עם מי שמטריד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זר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 שאפשר לספר לו כשקורה משהו לא נעים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קוד אישי שלא משתפים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דיווח וחסימה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מישהו שלא מכירים באמת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הייתם עונים לחבר שמבקש את הסיסמה שלכם למשחק? כתבו תשובה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כשחבר מבקש מכם 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למי מספרים כשמשהו ברשת מרגיש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בוחרים בטוח ברשת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