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בוחרים בטוח ברשת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בסיסיים בעת שימוש באינטרנט ובמשחקים מקוונים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צריך לעצור, לחשוב ולבחור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לפנות כשמשהו ברשת מרגיש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נכון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לא מוסרים סיסמה, גם לא לחברים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זר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מתעלמים ומספרים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 לשתף אותה עם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לעצור רגע ולשקול לפני שמגיבים או משתפים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לספר מיד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סיסמה היא אישית ולא נותנים אותה גם לחברים טובים.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מבוגר אחראי יכול לעזור ולדעת מה לעשות.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ברשת גם מידע שקרי ואנשים שלא באמת מי שהם אומרים.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כלים שמפסיקים קשר עם מי שמטריד.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פרטים אישיים כאלה צריך לשמור לעצמנו ולא לפרסם.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(קוד אישי שלא משתפים עם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(מישהו שלא מכירים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 שאפשר לספר לו כשקורה משהו לא נעים)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(כלי שמפסיק קשר עם מי שמטריד)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(שמירה על מידע אישי לעצמנו)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לא, אני לא נותן/ת סיסמה גם לחברים, זה אישי ושלי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לענות עם פרטים אישיים, ולספר מיד למבוגר אחראי.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לא לשתף סיסמה/פרטים אישיים, לעצור ולחשוב לפני תגובה, לספר למבוגר כשמשהו לא נעים. כל כלל מלווה בהסבר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מוסרים סיסמה לאף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מישהו שכותב לנו אבל לא מכירים אותו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חוויות אמיתיות של התלמידים ברשת, בלי לציין שמות אתרים או משחקים ספציפיים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התרחיש של בקשת הסיסמה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בחיזוק המסר: לעצור, לחשוב, לבחור, ולספר למבוגר כשצריך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בוחרים בטוח ברשת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כשמשחקים או מדברים באינטרנט, לפעמים קורה משהו לא נעים. צריך לעצור, לחשוב ולבחור טוב.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סיסמה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 אישי וסודי שלא נותנים לאף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אישי ששומרים לעצמנו ולא מפרסמים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 ברשת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שכותב לנו אבל אנחנו לא באמת מכירים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בריונות 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פוגעת כלפי מישהו דרך האינטרנט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הורה או מבוגר שאפשר לספר לו כשקורה משהו לא נעים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דיווח וחסימה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כלים שמפסיקים קשר עם מי שמטריד אותנו ברשת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כמו כתובת, טלפון או סיסמה שלא משתפים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נכון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רוצה את הסיסמה שלכם.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מוסרים סיסמה, גם לא לחברים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אותה בקבוצה כדי שכולם יעזרו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נותנים לו כי הוא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לו בהודעה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מישהו שלא מכירים כותב לכם. מה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מישהו כותב לכם דבר לא נעים.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ומספרים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עונים באותה צורה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ממשיכים לשחק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מיד את כל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הכי בטוח לעשות עם סיסמה?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אותה על פתק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אותה רק עם חבר טוב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לשתף אותה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אותה לכינוי של חיית המחמד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לעצור ולחשוב לפני שמגיבים?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להגיב לאף אחד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לעצור רגע ולשקול לפני שמגיבים או משתפים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לכבות את המחשב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מישהו זר מבקש להיפגש.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פגישה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לענות בנימוס ולהסכים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מיד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ולהמשיך לדבר איתו בחשאי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סיסמה לחבר טוב כי הוא לא יעשה כלום רע.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מרגישים לא נוח ממשהו שקורה במשחק מקוון, חשוב לספר למבוגר אחראי.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שכתוב באינטרנט הוא תמיד נכון ובטוח.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לחסום או לדווח על משתמש שמטריד אתכם במשחק.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לשתף בפומבי את הכתובת והטלפון שלכם כדי שחברים חדשים ימצאו אתכם.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לא מוסרים את ה-__________ שלנו לאף אחד, גם לא לחברים.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כשמשהו מרגיש לא נכון ברשת, עוצרים, חושבים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מישהו זר כותב לכם ברשת, חשוב לספר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התנהגות פוגעת כלפי מישהו ברשת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על פרטיות, לא מפרסמים מידע __________ באינטרנט.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סיסמה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שלא מכירים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זר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 על מידע אישי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מבוגר אחראי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קוד אישי שלא משתפים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דיווח וחסימה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שאפשר לספר לו כשקורה משהו לא נעים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שמפסיק קשר עם מי שמטריד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עונים לחבר שמבקש את הסיסמה שלכם למשחק? כתבו תשובה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עושים אם מישהו שאתם לא מכירים כותב לכם ברשת ומבקש פרטים אישיים?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כללים לבחירה בטוחה ברשת, והסבירו בקצרה למה כל כלל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כשחבר מבקש מכם סיסמה?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מספרים כשמשהו ברשת מרגיש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"זר ברשת"?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בוחרים בטוח ברשת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