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בוחרים בטוח ברשת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כללי זהירות בסיסיים בעת שימוש באינטרנט ובמשחקים מקוונים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מצבים שבהם צריך לעצור, לחשוב ולבחור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למי לפנות כשמשהו ברשת מרגיש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בוחרים נכון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לא מוסרים סיסמה, גם לא לחברים טובים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זר ברשת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מתעלמים ומספרים למבוגר אחראי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לא לשתף אותה עם 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לעצור רגע ולשקול לפני שמגיבים או משתפים משהו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לספר מיד למבוגר אחראי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סיסמה היא אישית ולא נותנים אותה גם לחברים טובים.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מבוגר אחראי יכול לעזור ולדעת מה לעשות.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יש ברשת גם מידע שקרי ואנשים שלא באמת מי שהם אומרים.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יש כלים שמפסיקים קשר עם מי שמטריד.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פרטים אישיים כאלה צריך לשמור לעצמנו ולא לפרסם.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סיסמה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מבוגר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בריונות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אישי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מתאימים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(קוד אישי שלא משתפים עם אחרים)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(מישהו שלא מכירים באמת)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(מי שאפשר לספר לו כשקורה משהו לא נעים)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(כלי שמפסיק קשר עם מי שמטריד)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(שמירה על מידע אישי לעצמנו)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כותבים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לא, אני לא נותן/ת סיסמה גם לחברים, זה אישי ושלי בלבד.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לענות עם פרטים אישיים, ולספר מיד למבוגר אחראי.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ציפייה: לא לשתף סיסמה/פרטים אישיים, לעצור ולחשוב לפני תגובה, לספר למבוגר כשמשהו לא נעים. כל כלל מלווה בהסבר קצר.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מוסרים סיסמה לאף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למבוגר אחראי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מישהו שכותב לנו אבל לא מכירים אותו באמת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חוויות אמיתיות של התלמידים ברשת, בלי לציין שמות אתרים או משחקים ספציפיים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את התרחיש של בקשת הסיסמה לפני שממלאים את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בחיזוק המסר: לעצור, לחשוב, לבחור, ולספר למבוגר כשצריך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שבוע הבטיחות – בוחרים בטוח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בוחרים בטוח ברשת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ברשת אנחנו משחקים, לומדים ומדברים עם חברים, אבל לפעמים קורים מצבים שצריך לעצור, לחשוב ולבחור בזהירות. בדף הזה נתרגל איך לבחור נכון כשגולשים.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בוחרים נכון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חבר מבקש את הסיסמה שלכם למשחק כדי "לעזור לכם לעלות שלב". מה עושים?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מוסרים סיסמה, גם לא לחברים טובים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כותבים אותה בקבוצה כדי שכולם יעזרו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נותנים לו כי הוא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שולחים לו בהודעה פרטית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מישהו שלא הכרתם מעולם כותב לכם הודעות במשחק. איך קוראים לו?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זר ברשת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אם מישהו כותב לכם דברים לא נעימים במשחק מקוון?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מתעלמים ומספרים למבוגר 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עונים באותה צורה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ממשיכים לשחק בשקט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מוחקים מיד את כל המשחק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איזו מהבאות היא ההתנהגות הבטוחה ביותר עם סיסמה?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אותה על פתק בבית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לשתף אותה רק עם חבר טוב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לשתף אותה עם 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אותה לכינוי של חיית המחמד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הכוונה במשפט "לעצור, לחשוב, לבחור" ברשת?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לשחק מהר ככל האפשר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להגיב לאף אחד לעולם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לעצור רגע ולשקול לפני שמגיבים או משתפים משהו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לכבות את המחשב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קיבלתם הודעה ממישהו שלא מכירים שמבקש להיפגש איתכם. מה נכון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לקבוע פגישה בלי לספר לאף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לענות בנימוס ולהסכים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לספר מיד למבוגר אחראי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ולהמשיך לדבר איתו בחשאי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לתת סיסמה לחבר טוב כי הוא לא יעשה כלום רע.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מרגישים לא נוח ממשהו שקורה במשחק מקוון, חשוב לספר למבוגר אחראי.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מה שכתוב באינטרנט הוא תמיד נכון ובטוח.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לחסום או לדווח על משתמש שמטריד אתכם במשחק.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מותר לשתף בפומבי את הכתובת והטלפון שלכם כדי שחברים חדשים ימצאו אתכם.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לא מוסרים את ה-__________ שלנו לאף אחד, גם לא לחברים.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כשמשהו מרגיש לא נכון ברשת, עוצרים, חושבים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אם מישהו זר כותב לכם ברשת, חשוב לספר ל__________.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התנהגות פוגעת כלפי מישהו ברשת נקראת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כדי לשמור על פרטיות, לא מפרסמים מידע __________ באינטרנט.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מתאימים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סיסמה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מישהו שלא מכירים באמת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זר ברשת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מי שאפשר לספר לו כשקורה משהו לא נעים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מבוגר אחראי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קוד אישי שלא משתפים עם אחרים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דיווח וחסימה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שמירה על מידע אישי לעצמנו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פרטיות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כלי שמפסיק קשר עם מי שמטריד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כותבים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הייתם עונים לחבר שמבקש את הסיסמה שלכם למשחק? כתבו תשובה קצרה.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הייתם עושים אם מישהו שאתם לא מכירים כותב לכם ברשת ומבקש פרטים אישיים?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שלושה כללים לבחירה בטוחה ברשת, והסבירו בקצרה למה כל כלל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כשחבר מבקש מכם סיסמה?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למי מספרים כשמשהו ברשת מרגיש לא נכון?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"זר ברשת"?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בוחרים בטוח ברשת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